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2721" w:rsidRPr="00F32721" w:rsidRDefault="00F32721" w:rsidP="00E9349C">
      <w:pPr>
        <w:jc w:val="both"/>
        <w:rPr>
          <w:rFonts w:ascii="Times New Roman" w:hAnsi="Times New Roman" w:cs="Times New Roman"/>
          <w:lang w:val="tr-TR"/>
        </w:rPr>
      </w:pPr>
    </w:p>
    <w:tbl>
      <w:tblPr>
        <w:tblStyle w:val="TableNormal"/>
        <w:tblW w:w="10348" w:type="dxa"/>
        <w:tblInd w:w="-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8"/>
        <w:gridCol w:w="6000"/>
      </w:tblGrid>
      <w:tr w:rsidR="00F32721" w:rsidRPr="00F32721" w:rsidTr="00F32721">
        <w:trPr>
          <w:trHeight w:val="275"/>
        </w:trPr>
        <w:tc>
          <w:tcPr>
            <w:tcW w:w="4348" w:type="dxa"/>
          </w:tcPr>
          <w:p w:rsidR="00F32721" w:rsidRPr="00F32721" w:rsidRDefault="00F32721" w:rsidP="006C46D4">
            <w:pPr>
              <w:pStyle w:val="TableParagraph"/>
              <w:spacing w:line="256" w:lineRule="exact"/>
              <w:rPr>
                <w:sz w:val="24"/>
              </w:rPr>
            </w:pPr>
            <w:r w:rsidRPr="00F32721">
              <w:rPr>
                <w:sz w:val="24"/>
              </w:rPr>
              <w:t>Öğretim</w:t>
            </w:r>
            <w:r w:rsidRPr="00F32721">
              <w:rPr>
                <w:spacing w:val="-2"/>
                <w:sz w:val="24"/>
              </w:rPr>
              <w:t xml:space="preserve"> </w:t>
            </w:r>
            <w:r w:rsidRPr="00F32721">
              <w:rPr>
                <w:sz w:val="24"/>
              </w:rPr>
              <w:t>Elemanının</w:t>
            </w:r>
            <w:r w:rsidRPr="00F32721">
              <w:rPr>
                <w:spacing w:val="-1"/>
                <w:sz w:val="24"/>
              </w:rPr>
              <w:t xml:space="preserve"> </w:t>
            </w:r>
            <w:r w:rsidRPr="00F32721">
              <w:rPr>
                <w:sz w:val="24"/>
              </w:rPr>
              <w:t>Adı</w:t>
            </w:r>
            <w:r w:rsidRPr="00F32721">
              <w:rPr>
                <w:spacing w:val="-1"/>
                <w:sz w:val="24"/>
              </w:rPr>
              <w:t xml:space="preserve"> </w:t>
            </w:r>
            <w:r w:rsidRPr="00F32721">
              <w:rPr>
                <w:spacing w:val="-2"/>
                <w:sz w:val="24"/>
              </w:rPr>
              <w:t>Soyadı:</w:t>
            </w:r>
          </w:p>
        </w:tc>
        <w:tc>
          <w:tcPr>
            <w:tcW w:w="6000" w:type="dxa"/>
          </w:tcPr>
          <w:p w:rsidR="00F32721" w:rsidRPr="00F32721" w:rsidRDefault="00F32721" w:rsidP="006C46D4">
            <w:pPr>
              <w:pStyle w:val="TableParagraph"/>
              <w:ind w:left="0"/>
              <w:rPr>
                <w:sz w:val="20"/>
              </w:rPr>
            </w:pPr>
          </w:p>
        </w:tc>
      </w:tr>
      <w:tr w:rsidR="00F32721" w:rsidRPr="00F32721" w:rsidTr="00F32721">
        <w:trPr>
          <w:trHeight w:val="278"/>
        </w:trPr>
        <w:tc>
          <w:tcPr>
            <w:tcW w:w="4348" w:type="dxa"/>
          </w:tcPr>
          <w:p w:rsidR="00F32721" w:rsidRPr="00F32721" w:rsidRDefault="00F32721" w:rsidP="006C46D4">
            <w:pPr>
              <w:pStyle w:val="TableParagraph"/>
              <w:spacing w:line="258" w:lineRule="exact"/>
              <w:rPr>
                <w:sz w:val="24"/>
              </w:rPr>
            </w:pPr>
            <w:r w:rsidRPr="00F32721">
              <w:rPr>
                <w:sz w:val="24"/>
              </w:rPr>
              <w:t>Öğrencinin</w:t>
            </w:r>
            <w:r w:rsidRPr="00F32721">
              <w:rPr>
                <w:spacing w:val="-2"/>
                <w:sz w:val="24"/>
              </w:rPr>
              <w:t xml:space="preserve"> </w:t>
            </w:r>
            <w:r w:rsidRPr="00F32721">
              <w:rPr>
                <w:sz w:val="24"/>
              </w:rPr>
              <w:t>Adı</w:t>
            </w:r>
            <w:r w:rsidRPr="00F32721">
              <w:rPr>
                <w:spacing w:val="-2"/>
                <w:sz w:val="24"/>
              </w:rPr>
              <w:t xml:space="preserve"> Soyadı:</w:t>
            </w:r>
          </w:p>
        </w:tc>
        <w:tc>
          <w:tcPr>
            <w:tcW w:w="6000" w:type="dxa"/>
          </w:tcPr>
          <w:p w:rsidR="00F32721" w:rsidRPr="00F32721" w:rsidRDefault="00F32721" w:rsidP="006C46D4">
            <w:pPr>
              <w:pStyle w:val="TableParagraph"/>
              <w:ind w:left="0"/>
              <w:rPr>
                <w:sz w:val="20"/>
              </w:rPr>
            </w:pPr>
          </w:p>
        </w:tc>
      </w:tr>
      <w:tr w:rsidR="00F32721" w:rsidRPr="00F32721" w:rsidTr="00F32721">
        <w:trPr>
          <w:trHeight w:val="275"/>
        </w:trPr>
        <w:tc>
          <w:tcPr>
            <w:tcW w:w="4348" w:type="dxa"/>
          </w:tcPr>
          <w:p w:rsidR="00F32721" w:rsidRPr="00F32721" w:rsidRDefault="00F32721" w:rsidP="006C46D4">
            <w:pPr>
              <w:pStyle w:val="TableParagraph"/>
              <w:spacing w:line="256" w:lineRule="exact"/>
              <w:rPr>
                <w:sz w:val="24"/>
              </w:rPr>
            </w:pPr>
            <w:r w:rsidRPr="00F32721">
              <w:rPr>
                <w:sz w:val="24"/>
              </w:rPr>
              <w:t>Öğrencinin</w:t>
            </w:r>
            <w:r w:rsidRPr="00F32721">
              <w:rPr>
                <w:spacing w:val="-4"/>
                <w:sz w:val="24"/>
              </w:rPr>
              <w:t xml:space="preserve"> </w:t>
            </w:r>
            <w:r w:rsidRPr="00F32721">
              <w:rPr>
                <w:spacing w:val="-2"/>
                <w:sz w:val="24"/>
              </w:rPr>
              <w:t>Numarası:</w:t>
            </w:r>
          </w:p>
        </w:tc>
        <w:tc>
          <w:tcPr>
            <w:tcW w:w="6000" w:type="dxa"/>
          </w:tcPr>
          <w:p w:rsidR="00F32721" w:rsidRPr="00F32721" w:rsidRDefault="00F32721" w:rsidP="006C46D4">
            <w:pPr>
              <w:pStyle w:val="TableParagraph"/>
              <w:ind w:left="0"/>
              <w:rPr>
                <w:sz w:val="20"/>
              </w:rPr>
            </w:pPr>
          </w:p>
        </w:tc>
      </w:tr>
      <w:tr w:rsidR="00F32721" w:rsidRPr="00F32721" w:rsidTr="00F32721">
        <w:trPr>
          <w:trHeight w:val="275"/>
        </w:trPr>
        <w:tc>
          <w:tcPr>
            <w:tcW w:w="4348" w:type="dxa"/>
          </w:tcPr>
          <w:p w:rsidR="00F32721" w:rsidRPr="00F32721" w:rsidRDefault="00F32721" w:rsidP="006C46D4">
            <w:pPr>
              <w:pStyle w:val="TableParagraph"/>
              <w:spacing w:line="256" w:lineRule="exact"/>
              <w:rPr>
                <w:sz w:val="24"/>
              </w:rPr>
            </w:pPr>
            <w:r w:rsidRPr="00F32721">
              <w:rPr>
                <w:sz w:val="24"/>
              </w:rPr>
              <w:t>Dersin</w:t>
            </w:r>
            <w:r w:rsidRPr="00F32721">
              <w:rPr>
                <w:spacing w:val="-1"/>
                <w:sz w:val="24"/>
              </w:rPr>
              <w:t xml:space="preserve"> </w:t>
            </w:r>
            <w:r w:rsidRPr="00F32721">
              <w:rPr>
                <w:sz w:val="24"/>
              </w:rPr>
              <w:t>Kodu</w:t>
            </w:r>
            <w:r w:rsidRPr="00F32721">
              <w:rPr>
                <w:spacing w:val="-1"/>
                <w:sz w:val="24"/>
              </w:rPr>
              <w:t xml:space="preserve"> </w:t>
            </w:r>
            <w:r w:rsidRPr="00F32721">
              <w:rPr>
                <w:sz w:val="24"/>
              </w:rPr>
              <w:t>ve</w:t>
            </w:r>
            <w:r w:rsidRPr="00F32721">
              <w:rPr>
                <w:spacing w:val="-2"/>
                <w:sz w:val="24"/>
              </w:rPr>
              <w:t xml:space="preserve"> </w:t>
            </w:r>
            <w:r w:rsidRPr="00F32721">
              <w:rPr>
                <w:spacing w:val="-4"/>
                <w:sz w:val="24"/>
              </w:rPr>
              <w:t>Adı:</w:t>
            </w:r>
          </w:p>
        </w:tc>
        <w:tc>
          <w:tcPr>
            <w:tcW w:w="6000" w:type="dxa"/>
          </w:tcPr>
          <w:p w:rsidR="00F32721" w:rsidRPr="00F32721" w:rsidRDefault="00F32721" w:rsidP="006C46D4">
            <w:pPr>
              <w:pStyle w:val="TableParagraph"/>
              <w:ind w:left="0"/>
              <w:rPr>
                <w:sz w:val="20"/>
              </w:rPr>
            </w:pPr>
          </w:p>
        </w:tc>
      </w:tr>
      <w:tr w:rsidR="00F32721" w:rsidRPr="00F32721" w:rsidTr="00F32721">
        <w:trPr>
          <w:trHeight w:val="275"/>
        </w:trPr>
        <w:tc>
          <w:tcPr>
            <w:tcW w:w="4348" w:type="dxa"/>
          </w:tcPr>
          <w:p w:rsidR="00F32721" w:rsidRPr="00F32721" w:rsidRDefault="00F32721" w:rsidP="006C46D4">
            <w:pPr>
              <w:pStyle w:val="TableParagraph"/>
              <w:spacing w:line="256" w:lineRule="exact"/>
              <w:rPr>
                <w:sz w:val="24"/>
              </w:rPr>
            </w:pPr>
            <w:r w:rsidRPr="00F32721">
              <w:rPr>
                <w:sz w:val="24"/>
              </w:rPr>
              <w:t>Eğitim</w:t>
            </w:r>
            <w:r w:rsidRPr="00F32721">
              <w:rPr>
                <w:spacing w:val="-4"/>
                <w:sz w:val="24"/>
              </w:rPr>
              <w:t xml:space="preserve"> </w:t>
            </w:r>
            <w:r w:rsidRPr="00F32721">
              <w:rPr>
                <w:sz w:val="24"/>
              </w:rPr>
              <w:t>Öğretim</w:t>
            </w:r>
            <w:r w:rsidRPr="00F32721">
              <w:rPr>
                <w:spacing w:val="-1"/>
                <w:sz w:val="24"/>
              </w:rPr>
              <w:t xml:space="preserve"> </w:t>
            </w:r>
            <w:r w:rsidRPr="00F32721">
              <w:rPr>
                <w:sz w:val="24"/>
              </w:rPr>
              <w:t>Yılı</w:t>
            </w:r>
            <w:r w:rsidRPr="00F32721">
              <w:rPr>
                <w:spacing w:val="-2"/>
                <w:sz w:val="24"/>
              </w:rPr>
              <w:t xml:space="preserve"> </w:t>
            </w:r>
            <w:r w:rsidRPr="00F32721">
              <w:rPr>
                <w:sz w:val="24"/>
              </w:rPr>
              <w:t>ve</w:t>
            </w:r>
            <w:r w:rsidRPr="00F32721">
              <w:rPr>
                <w:spacing w:val="-1"/>
                <w:sz w:val="24"/>
              </w:rPr>
              <w:t xml:space="preserve"> </w:t>
            </w:r>
            <w:r w:rsidRPr="00F32721">
              <w:rPr>
                <w:spacing w:val="-2"/>
                <w:sz w:val="24"/>
              </w:rPr>
              <w:t>Dönemi:</w:t>
            </w:r>
          </w:p>
        </w:tc>
        <w:tc>
          <w:tcPr>
            <w:tcW w:w="6000" w:type="dxa"/>
          </w:tcPr>
          <w:p w:rsidR="00F32721" w:rsidRPr="00F32721" w:rsidRDefault="00F32721" w:rsidP="006C46D4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F32721" w:rsidRPr="00F32721" w:rsidRDefault="00F32721" w:rsidP="00E9349C">
      <w:pPr>
        <w:jc w:val="both"/>
        <w:rPr>
          <w:rFonts w:ascii="Times New Roman" w:hAnsi="Times New Roman" w:cs="Times New Roman"/>
          <w:lang w:val="tr-TR"/>
        </w:rPr>
      </w:pPr>
    </w:p>
    <w:tbl>
      <w:tblPr>
        <w:tblStyle w:val="TabloKlavuzu"/>
        <w:tblW w:w="10348" w:type="dxa"/>
        <w:tblInd w:w="-459" w:type="dxa"/>
        <w:tblLook w:val="04A0" w:firstRow="1" w:lastRow="0" w:firstColumn="1" w:lastColumn="0" w:noHBand="0" w:noVBand="1"/>
      </w:tblPr>
      <w:tblGrid>
        <w:gridCol w:w="10348"/>
      </w:tblGrid>
      <w:tr w:rsidR="00F32721" w:rsidRPr="00F32721" w:rsidTr="00F32721">
        <w:tc>
          <w:tcPr>
            <w:tcW w:w="10348" w:type="dxa"/>
          </w:tcPr>
          <w:p w:rsidR="00F32721" w:rsidRDefault="00F32721" w:rsidP="00F32721">
            <w:pPr>
              <w:pStyle w:val="ListeParagraf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lang w:val="tr-TR"/>
              </w:rPr>
            </w:pPr>
            <w:r w:rsidRPr="00F32721">
              <w:rPr>
                <w:rFonts w:ascii="Times New Roman" w:hAnsi="Times New Roman" w:cs="Times New Roman"/>
                <w:lang w:val="tr-TR"/>
              </w:rPr>
              <w:t>Ses kaydı, Engelli Engelsiz Yaşam Birimi tarafından onaylanan uyarlama kapsamında, ders anlatımına ilişkin içeriğin öğrencinin kişisel kullanım amacıyla kayda alınmasına ilişkindir. Öğretim elemanı, sınıf düzeni, mahremiyet ve ölçme-değerlendirme süreçlerinin korunması için kayıt alınacak zaman ve yöntemi belirleyebilir; gerekli hâllerde eşdeğer alternatif uyarlama (ör. erişilebilir ders notu, slayt/PDF paylaşımı vb.) sağlanır.</w:t>
            </w:r>
          </w:p>
          <w:p w:rsidR="00F32721" w:rsidRDefault="00F32721" w:rsidP="00F32721">
            <w:pPr>
              <w:pStyle w:val="ListeParagraf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lang w:val="tr-TR"/>
              </w:rPr>
            </w:pPr>
            <w:r w:rsidRPr="00F32721">
              <w:rPr>
                <w:rFonts w:ascii="Times New Roman" w:hAnsi="Times New Roman" w:cs="Times New Roman"/>
                <w:lang w:val="tr-TR"/>
              </w:rPr>
              <w:t>Engellilik durumundan kaynaklı işlevsel sınırlılık nedeniyle ders içeriğine erişimde güçlük yaşayan öğrenci, yalnızca kişisel kullanımı için ders anlatımına ilişkin ses kaydı alabilir. Kayıt, ders dışı özel konuşmaları/kişisel paylaşımları kapsayacak şekilde başlatılamaz; soru-cevap/katılımcı katkılarında mümkün olduğunca kayıt durdurulur veya üçüncü kişilerin kimliği belirlenemeyecek şekilde tedbir alınır.</w:t>
            </w:r>
          </w:p>
          <w:p w:rsidR="00F32721" w:rsidRDefault="00F32721" w:rsidP="00F32721">
            <w:pPr>
              <w:pStyle w:val="ListeParagraf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lang w:val="tr-TR"/>
              </w:rPr>
            </w:pPr>
            <w:r w:rsidRPr="00F32721">
              <w:rPr>
                <w:rFonts w:ascii="Times New Roman" w:hAnsi="Times New Roman" w:cs="Times New Roman"/>
                <w:lang w:val="tr-TR"/>
              </w:rPr>
              <w:t>Alınan ses kayıtları yalnızca bu formu imzalayan öğrenci tarafından ve yalnızca ilgili derse çalışmak ile erişilebilir format üretmek (ör. kişisel transkript/özet, ekran okuyucu uyumlu metin) amacıyla kullanılabilir. Kayıtlar üçüncü kişilere dinletilemez; ticari amaçla kullanılamaz.</w:t>
            </w:r>
          </w:p>
          <w:p w:rsidR="00F32721" w:rsidRDefault="00F32721" w:rsidP="00F32721">
            <w:pPr>
              <w:pStyle w:val="ListeParagraf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lang w:val="tr-TR"/>
              </w:rPr>
            </w:pPr>
            <w:r w:rsidRPr="00F32721">
              <w:rPr>
                <w:rFonts w:ascii="Times New Roman" w:hAnsi="Times New Roman" w:cs="Times New Roman"/>
                <w:lang w:val="tr-TR"/>
              </w:rPr>
              <w:t>Kayıtlar, ilgili öğretim elemanının ayrıca ve açık izni olmaksızın hiçbir kişi ya da platformda paylaşılamaz; yayımlanamaz; kamuya açık hâle getirilemez. Ders dışı alıntı/aktarım gereken hâllerde, ilgili mevzuat çerçevesinde kaynak gösterilir ve içerik paylaşımı için ayrıca izin alınır.</w:t>
            </w:r>
          </w:p>
          <w:p w:rsidR="00F32721" w:rsidRDefault="00F32721" w:rsidP="00F32721">
            <w:pPr>
              <w:pStyle w:val="ListeParagraf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lang w:val="tr-TR"/>
              </w:rPr>
            </w:pPr>
            <w:r w:rsidRPr="00F32721">
              <w:rPr>
                <w:rFonts w:ascii="Times New Roman" w:hAnsi="Times New Roman" w:cs="Times New Roman"/>
                <w:lang w:val="tr-TR"/>
              </w:rPr>
              <w:t>Ses kayıtları, kişilerin mahremiyetini ihlal edecek, hedef gösterme/taciz veya benzeri amaçlarla kullanılamaz. Bu hüküm, öğrencinin yasal başvuru/şikâyet haklarını ortadan kaldıracak şekilde yorumlanamaz.</w:t>
            </w:r>
          </w:p>
          <w:p w:rsidR="00F32721" w:rsidRDefault="00F32721" w:rsidP="00F32721">
            <w:pPr>
              <w:pStyle w:val="ListeParagraf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lang w:val="tr-TR"/>
              </w:rPr>
            </w:pPr>
            <w:r w:rsidRPr="00F32721">
              <w:rPr>
                <w:rFonts w:ascii="Times New Roman" w:hAnsi="Times New Roman" w:cs="Times New Roman"/>
                <w:lang w:val="tr-TR"/>
              </w:rPr>
              <w:t>Teknik güvenlik ve saklama: Kayıtlar güvenli şekilde saklanır (cihaz/hesap erişimi şifre ile korunur); gerekli olmadıkça bulut paylaşımı yapılmaz. Kayıtlar, ilgili dersin değerlendirme süreci tamamlandıktan sonra makul süre içinde silinir.</w:t>
            </w:r>
          </w:p>
          <w:p w:rsidR="00F32721" w:rsidRDefault="00F32721" w:rsidP="00F32721">
            <w:pPr>
              <w:pStyle w:val="ListeParagraf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lang w:val="tr-TR"/>
              </w:rPr>
            </w:pPr>
            <w:r w:rsidRPr="00F32721">
              <w:rPr>
                <w:rFonts w:ascii="Times New Roman" w:hAnsi="Times New Roman" w:cs="Times New Roman"/>
                <w:lang w:val="tr-TR"/>
              </w:rPr>
              <w:t>Destek personeli: Ses kaydı kural olarak öğrencinin kendi cihazı ile alınır. Engelli Öğrenci Birimi tarafından onaylanan destek personeli/refakatçi, bu formdaki yükümlülükleri yazılı olarak kabul etmek şartıyla öğrenci adına kayıt alabilir.</w:t>
            </w:r>
          </w:p>
          <w:p w:rsidR="00F32721" w:rsidRPr="00F32721" w:rsidRDefault="00F32721" w:rsidP="00F32721">
            <w:pPr>
              <w:pStyle w:val="ListeParagraf"/>
              <w:numPr>
                <w:ilvl w:val="0"/>
                <w:numId w:val="10"/>
              </w:numPr>
              <w:jc w:val="both"/>
              <w:rPr>
                <w:rFonts w:ascii="Times New Roman" w:hAnsi="Times New Roman" w:cs="Times New Roman"/>
                <w:lang w:val="tr-TR"/>
              </w:rPr>
            </w:pPr>
            <w:r w:rsidRPr="00F32721">
              <w:rPr>
                <w:rFonts w:ascii="Times New Roman" w:hAnsi="Times New Roman" w:cs="Times New Roman"/>
                <w:lang w:val="tr-TR"/>
              </w:rPr>
              <w:t>Kişisel veriler: Ses kaydı, öğretim elemanı ve derse katılan diğer kişilere ilişkin kişisel veriler içerebilir. Bu kapsamda işleme/erişim, 6698 sayılı Kanun’a uygun olarak yalnızca uyarlama amacına özgülenir; veri sahibi olarak öğrencinin hakları saklıdır.</w:t>
            </w:r>
          </w:p>
          <w:p w:rsidR="00F32721" w:rsidRPr="00F32721" w:rsidRDefault="00F32721" w:rsidP="00F32721">
            <w:pPr>
              <w:jc w:val="both"/>
              <w:rPr>
                <w:rFonts w:ascii="Times New Roman" w:hAnsi="Times New Roman" w:cs="Times New Roman"/>
                <w:lang w:val="tr-TR"/>
              </w:rPr>
            </w:pPr>
          </w:p>
          <w:p w:rsidR="00F32721" w:rsidRPr="00F32721" w:rsidRDefault="00F32721" w:rsidP="00E9349C">
            <w:pPr>
              <w:jc w:val="both"/>
              <w:rPr>
                <w:rFonts w:ascii="Times New Roman" w:hAnsi="Times New Roman" w:cs="Times New Roman"/>
                <w:lang w:val="tr-TR"/>
              </w:rPr>
            </w:pPr>
            <w:r w:rsidRPr="00F32721">
              <w:rPr>
                <w:rFonts w:ascii="Times New Roman" w:hAnsi="Times New Roman" w:cs="Times New Roman"/>
                <w:lang w:val="tr-TR"/>
              </w:rPr>
              <w:t>Bu metni okudum ve anladım. Bu derse kayıtlı öğrenci olarak, yukarıda belirtilen ilkelere uyacağımı taahhüt ederim.</w:t>
            </w:r>
          </w:p>
        </w:tc>
      </w:tr>
    </w:tbl>
    <w:p w:rsidR="00F32721" w:rsidRPr="00F32721" w:rsidRDefault="00F32721" w:rsidP="00E9349C">
      <w:pPr>
        <w:jc w:val="both"/>
        <w:rPr>
          <w:rFonts w:ascii="Times New Roman" w:hAnsi="Times New Roman" w:cs="Times New Roman"/>
          <w:lang w:val="tr-TR"/>
        </w:rPr>
      </w:pPr>
    </w:p>
    <w:tbl>
      <w:tblPr>
        <w:tblStyle w:val="TabloKlavuzu"/>
        <w:tblW w:w="10206" w:type="dxa"/>
        <w:tblInd w:w="-459" w:type="dxa"/>
        <w:tblLook w:val="04A0" w:firstRow="1" w:lastRow="0" w:firstColumn="1" w:lastColumn="0" w:noHBand="0" w:noVBand="1"/>
      </w:tblPr>
      <w:tblGrid>
        <w:gridCol w:w="5139"/>
        <w:gridCol w:w="5067"/>
      </w:tblGrid>
      <w:tr w:rsidR="00431DDE" w:rsidRPr="00F32721" w:rsidTr="00F32721">
        <w:tc>
          <w:tcPr>
            <w:tcW w:w="5139" w:type="dxa"/>
          </w:tcPr>
          <w:p w:rsidR="00431DDE" w:rsidRPr="00F32721" w:rsidRDefault="00E83B1F" w:rsidP="00F32721">
            <w:pPr>
              <w:rPr>
                <w:rFonts w:ascii="Times New Roman" w:hAnsi="Times New Roman" w:cs="Times New Roman"/>
                <w:lang w:val="tr-TR"/>
              </w:rPr>
            </w:pPr>
            <w:r w:rsidRPr="00F32721">
              <w:rPr>
                <w:rFonts w:ascii="Times New Roman" w:hAnsi="Times New Roman" w:cs="Times New Roman"/>
                <w:lang w:val="tr-TR"/>
              </w:rPr>
              <w:t>Öğrenci (Ad Soyad): ______________________________</w:t>
            </w:r>
          </w:p>
        </w:tc>
        <w:tc>
          <w:tcPr>
            <w:tcW w:w="5067" w:type="dxa"/>
          </w:tcPr>
          <w:p w:rsidR="00431DDE" w:rsidRPr="00F32721" w:rsidRDefault="00E83B1F" w:rsidP="00F32721">
            <w:pPr>
              <w:rPr>
                <w:rFonts w:ascii="Times New Roman" w:hAnsi="Times New Roman" w:cs="Times New Roman"/>
                <w:lang w:val="tr-TR"/>
              </w:rPr>
            </w:pPr>
            <w:r w:rsidRPr="00F32721">
              <w:rPr>
                <w:rFonts w:ascii="Times New Roman" w:hAnsi="Times New Roman" w:cs="Times New Roman"/>
                <w:lang w:val="tr-TR"/>
              </w:rPr>
              <w:t>Öğretim Elemanı (Ad Soyad): ______________________________</w:t>
            </w:r>
          </w:p>
        </w:tc>
      </w:tr>
      <w:tr w:rsidR="00431DDE" w:rsidRPr="00F32721" w:rsidTr="00F32721">
        <w:tc>
          <w:tcPr>
            <w:tcW w:w="5139" w:type="dxa"/>
          </w:tcPr>
          <w:p w:rsidR="00431DDE" w:rsidRPr="00F32721" w:rsidRDefault="00E83B1F" w:rsidP="00E9349C">
            <w:pPr>
              <w:jc w:val="both"/>
              <w:rPr>
                <w:rFonts w:ascii="Times New Roman" w:hAnsi="Times New Roman" w:cs="Times New Roman"/>
                <w:lang w:val="tr-TR"/>
              </w:rPr>
            </w:pPr>
            <w:r w:rsidRPr="00F32721">
              <w:rPr>
                <w:rFonts w:ascii="Times New Roman" w:hAnsi="Times New Roman" w:cs="Times New Roman"/>
                <w:lang w:val="tr-TR"/>
              </w:rPr>
              <w:t>İmza: ______________________________</w:t>
            </w:r>
          </w:p>
        </w:tc>
        <w:tc>
          <w:tcPr>
            <w:tcW w:w="5067" w:type="dxa"/>
          </w:tcPr>
          <w:p w:rsidR="00431DDE" w:rsidRPr="00F32721" w:rsidRDefault="00E83B1F" w:rsidP="00E9349C">
            <w:pPr>
              <w:jc w:val="both"/>
              <w:rPr>
                <w:rFonts w:ascii="Times New Roman" w:hAnsi="Times New Roman" w:cs="Times New Roman"/>
                <w:lang w:val="tr-TR"/>
              </w:rPr>
            </w:pPr>
            <w:r w:rsidRPr="00F32721">
              <w:rPr>
                <w:rFonts w:ascii="Times New Roman" w:hAnsi="Times New Roman" w:cs="Times New Roman"/>
                <w:lang w:val="tr-TR"/>
              </w:rPr>
              <w:t>İmza: ______________________________</w:t>
            </w:r>
          </w:p>
        </w:tc>
      </w:tr>
      <w:tr w:rsidR="00431DDE" w:rsidRPr="00F32721" w:rsidTr="00F32721">
        <w:tc>
          <w:tcPr>
            <w:tcW w:w="5139" w:type="dxa"/>
          </w:tcPr>
          <w:p w:rsidR="00431DDE" w:rsidRPr="00F32721" w:rsidRDefault="00E83B1F" w:rsidP="00E9349C">
            <w:pPr>
              <w:jc w:val="both"/>
              <w:rPr>
                <w:rFonts w:ascii="Times New Roman" w:hAnsi="Times New Roman" w:cs="Times New Roman"/>
                <w:lang w:val="tr-TR"/>
              </w:rPr>
            </w:pPr>
            <w:r w:rsidRPr="00F32721">
              <w:rPr>
                <w:rFonts w:ascii="Times New Roman" w:hAnsi="Times New Roman" w:cs="Times New Roman"/>
                <w:lang w:val="tr-TR"/>
              </w:rPr>
              <w:t>Tarih: ______________________________</w:t>
            </w:r>
          </w:p>
        </w:tc>
        <w:tc>
          <w:tcPr>
            <w:tcW w:w="5067" w:type="dxa"/>
          </w:tcPr>
          <w:p w:rsidR="00431DDE" w:rsidRPr="00F32721" w:rsidRDefault="00E83B1F" w:rsidP="00E9349C">
            <w:pPr>
              <w:jc w:val="both"/>
              <w:rPr>
                <w:rFonts w:ascii="Times New Roman" w:hAnsi="Times New Roman" w:cs="Times New Roman"/>
                <w:lang w:val="tr-TR"/>
              </w:rPr>
            </w:pPr>
            <w:r w:rsidRPr="00F32721">
              <w:rPr>
                <w:rFonts w:ascii="Times New Roman" w:hAnsi="Times New Roman" w:cs="Times New Roman"/>
                <w:lang w:val="tr-TR"/>
              </w:rPr>
              <w:t>Tarih: ______________________________</w:t>
            </w:r>
          </w:p>
        </w:tc>
      </w:tr>
    </w:tbl>
    <w:p w:rsidR="00890A5D" w:rsidRDefault="00890A5D" w:rsidP="00213F07">
      <w:pPr>
        <w:jc w:val="both"/>
        <w:rPr>
          <w:rFonts w:ascii="Times New Roman" w:hAnsi="Times New Roman" w:cs="Times New Roman"/>
          <w:lang w:val="tr-TR"/>
        </w:rPr>
      </w:pPr>
    </w:p>
    <w:sectPr w:rsidR="00890A5D" w:rsidSect="007C63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824" w:right="1440" w:bottom="1440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2302" w:rsidRDefault="00B42302" w:rsidP="007C6348">
      <w:pPr>
        <w:spacing w:line="240" w:lineRule="auto"/>
      </w:pPr>
      <w:r>
        <w:separator/>
      </w:r>
    </w:p>
  </w:endnote>
  <w:endnote w:type="continuationSeparator" w:id="0">
    <w:p w:rsidR="00B42302" w:rsidRDefault="00B42302" w:rsidP="007C63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2A5" w:rsidRDefault="009112A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2A5" w:rsidRDefault="009112A5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2A5" w:rsidRDefault="009112A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2302" w:rsidRDefault="00B42302" w:rsidP="007C6348">
      <w:pPr>
        <w:spacing w:line="240" w:lineRule="auto"/>
      </w:pPr>
      <w:r>
        <w:separator/>
      </w:r>
    </w:p>
  </w:footnote>
  <w:footnote w:type="continuationSeparator" w:id="0">
    <w:p w:rsidR="00B42302" w:rsidRDefault="00B42302" w:rsidP="007C63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2A5" w:rsidRDefault="009112A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88" w:type="pct"/>
      <w:tblInd w:w="-461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32"/>
      <w:gridCol w:w="2780"/>
      <w:gridCol w:w="3214"/>
      <w:gridCol w:w="2011"/>
    </w:tblGrid>
    <w:tr w:rsidR="007C6348" w:rsidRPr="00F32721" w:rsidTr="007F3F3C">
      <w:trPr>
        <w:cantSplit/>
        <w:trHeight w:val="1336"/>
      </w:trPr>
      <w:tc>
        <w:tcPr>
          <w:tcW w:w="1090" w:type="pct"/>
          <w:vAlign w:val="center"/>
        </w:tcPr>
        <w:p w:rsidR="007C6348" w:rsidRPr="00F32721" w:rsidRDefault="007C6348" w:rsidP="007C6348">
          <w:pPr>
            <w:pStyle w:val="stbilgi"/>
            <w:jc w:val="center"/>
            <w:rPr>
              <w:lang w:val="tr-TR"/>
            </w:rPr>
          </w:pPr>
          <w:r w:rsidRPr="00F32721">
            <w:rPr>
              <w:noProof/>
              <w:lang w:val="tr-TR" w:eastAsia="tr-TR"/>
            </w:rPr>
            <w:drawing>
              <wp:inline distT="0" distB="0" distL="0" distR="0" wp14:anchorId="004E673E" wp14:editId="5ADB5451">
                <wp:extent cx="716915" cy="716915"/>
                <wp:effectExtent l="0" t="0" r="0" b="0"/>
                <wp:docPr id="5" name="Resim 17" descr="C:\Users\technopc\AppData\Local\Temp\Rar$DRa0.950\GAÜN_Logo_TR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7" descr="C:\Users\technopc\AppData\Local\Temp\Rar$DRa0.950\GAÜN_Logo_TR.png"/>
                        <pic:cNvPicPr>
                          <a:picLocks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6915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10" w:type="pct"/>
          <w:gridSpan w:val="3"/>
          <w:vAlign w:val="center"/>
        </w:tcPr>
        <w:p w:rsidR="007C6348" w:rsidRPr="00F32721" w:rsidRDefault="007C6348" w:rsidP="007C6348">
          <w:pPr>
            <w:ind w:left="5" w:right="1"/>
            <w:jc w:val="center"/>
            <w:rPr>
              <w:b/>
              <w:bCs/>
              <w:lang w:val="tr-TR"/>
            </w:rPr>
          </w:pPr>
          <w:r w:rsidRPr="00F32721">
            <w:rPr>
              <w:b/>
              <w:bCs/>
              <w:lang w:val="tr-TR"/>
            </w:rPr>
            <w:t xml:space="preserve">GAZİANTEP ÜNİVERSİTESİ </w:t>
          </w:r>
        </w:p>
        <w:p w:rsidR="007C6348" w:rsidRPr="00F32721" w:rsidRDefault="007C6348" w:rsidP="007C6348">
          <w:pPr>
            <w:ind w:left="5" w:right="1"/>
            <w:jc w:val="center"/>
            <w:rPr>
              <w:b/>
              <w:spacing w:val="-5"/>
              <w:sz w:val="24"/>
              <w:lang w:val="tr-TR"/>
            </w:rPr>
          </w:pPr>
          <w:r w:rsidRPr="00F32721">
            <w:rPr>
              <w:b/>
              <w:sz w:val="24"/>
              <w:lang w:val="tr-TR"/>
            </w:rPr>
            <w:t>ENGELSİZ</w:t>
          </w:r>
          <w:r w:rsidRPr="00F32721">
            <w:rPr>
              <w:b/>
              <w:spacing w:val="-5"/>
              <w:sz w:val="24"/>
              <w:lang w:val="tr-TR"/>
            </w:rPr>
            <w:t xml:space="preserve"> YAŞAM </w:t>
          </w:r>
          <w:r w:rsidRPr="00F32721">
            <w:rPr>
              <w:b/>
              <w:sz w:val="24"/>
              <w:lang w:val="tr-TR"/>
            </w:rPr>
            <w:t>BİRİMİ</w:t>
          </w:r>
          <w:r w:rsidRPr="00F32721">
            <w:rPr>
              <w:b/>
              <w:spacing w:val="-5"/>
              <w:sz w:val="24"/>
              <w:lang w:val="tr-TR"/>
            </w:rPr>
            <w:t xml:space="preserve"> </w:t>
          </w:r>
        </w:p>
        <w:p w:rsidR="007C6348" w:rsidRPr="00F32721" w:rsidRDefault="007C6348" w:rsidP="007C6348">
          <w:pPr>
            <w:pStyle w:val="stbilgi"/>
            <w:jc w:val="center"/>
            <w:rPr>
              <w:b/>
              <w:bCs/>
              <w:sz w:val="32"/>
              <w:szCs w:val="32"/>
              <w:lang w:val="tr-TR"/>
            </w:rPr>
          </w:pPr>
          <w:r w:rsidRPr="00F32721">
            <w:rPr>
              <w:b/>
              <w:lang w:val="tr-TR"/>
            </w:rPr>
            <w:t>SES KAYDI ALMA USULÜ VE GİZLİLİK TAAHHÜDÜ</w:t>
          </w:r>
        </w:p>
      </w:tc>
    </w:tr>
    <w:tr w:rsidR="007C6348" w:rsidRPr="00F32721" w:rsidTr="007F3F3C">
      <w:trPr>
        <w:cantSplit/>
        <w:trHeight w:val="318"/>
      </w:trPr>
      <w:tc>
        <w:tcPr>
          <w:tcW w:w="1090" w:type="pct"/>
          <w:vAlign w:val="bottom"/>
        </w:tcPr>
        <w:p w:rsidR="007C6348" w:rsidRPr="00F32721" w:rsidRDefault="007C6348" w:rsidP="007C6348">
          <w:pPr>
            <w:pStyle w:val="stbilgi"/>
            <w:rPr>
              <w:bCs/>
              <w:sz w:val="14"/>
              <w:szCs w:val="14"/>
              <w:lang w:val="tr-TR"/>
            </w:rPr>
          </w:pPr>
          <w:r w:rsidRPr="00F32721">
            <w:rPr>
              <w:b/>
              <w:sz w:val="14"/>
              <w:szCs w:val="14"/>
              <w:lang w:val="tr-TR"/>
            </w:rPr>
            <w:t>Doküman Kodu:</w:t>
          </w:r>
          <w:r w:rsidRPr="00F32721">
            <w:rPr>
              <w:bCs/>
              <w:sz w:val="14"/>
              <w:szCs w:val="14"/>
              <w:lang w:val="tr-TR"/>
            </w:rPr>
            <w:t xml:space="preserve"> </w:t>
          </w:r>
          <w:r>
            <w:rPr>
              <w:bCs/>
              <w:sz w:val="14"/>
              <w:szCs w:val="14"/>
              <w:lang w:val="tr-TR"/>
            </w:rPr>
            <w:t>EYB-FRM-03</w:t>
          </w:r>
        </w:p>
        <w:p w:rsidR="007C6348" w:rsidRPr="00F32721" w:rsidRDefault="007C6348" w:rsidP="007C6348">
          <w:pPr>
            <w:pStyle w:val="stbilgi"/>
            <w:rPr>
              <w:bCs/>
              <w:sz w:val="14"/>
              <w:szCs w:val="14"/>
              <w:lang w:val="tr-TR"/>
            </w:rPr>
          </w:pPr>
        </w:p>
      </w:tc>
      <w:tc>
        <w:tcPr>
          <w:tcW w:w="1358" w:type="pct"/>
          <w:vAlign w:val="bottom"/>
        </w:tcPr>
        <w:p w:rsidR="007C6348" w:rsidRPr="00F32721" w:rsidRDefault="007C6348" w:rsidP="007C6348">
          <w:pPr>
            <w:pStyle w:val="stbilgi"/>
            <w:rPr>
              <w:b/>
              <w:sz w:val="14"/>
              <w:szCs w:val="14"/>
              <w:lang w:val="tr-TR"/>
            </w:rPr>
          </w:pPr>
          <w:r w:rsidRPr="00F32721">
            <w:rPr>
              <w:b/>
              <w:sz w:val="14"/>
              <w:szCs w:val="14"/>
              <w:lang w:val="tr-TR"/>
            </w:rPr>
            <w:t>Yürürlük Tarihi:15.12.2025</w:t>
          </w:r>
        </w:p>
        <w:p w:rsidR="007C6348" w:rsidRPr="00F32721" w:rsidRDefault="007C6348" w:rsidP="007C6348">
          <w:pPr>
            <w:pStyle w:val="stbilgi"/>
            <w:rPr>
              <w:sz w:val="14"/>
              <w:szCs w:val="14"/>
              <w:lang w:val="tr-TR"/>
            </w:rPr>
          </w:pPr>
        </w:p>
      </w:tc>
      <w:tc>
        <w:tcPr>
          <w:tcW w:w="1570" w:type="pct"/>
          <w:vAlign w:val="bottom"/>
        </w:tcPr>
        <w:p w:rsidR="007C6348" w:rsidRPr="00F32721" w:rsidRDefault="007C6348" w:rsidP="007C6348">
          <w:pPr>
            <w:pStyle w:val="stbilgi"/>
            <w:rPr>
              <w:sz w:val="14"/>
              <w:szCs w:val="14"/>
              <w:lang w:val="tr-TR"/>
            </w:rPr>
          </w:pPr>
          <w:r w:rsidRPr="00F32721">
            <w:rPr>
              <w:b/>
              <w:sz w:val="14"/>
              <w:szCs w:val="14"/>
              <w:lang w:val="tr-TR"/>
            </w:rPr>
            <w:t>.Revizyon Tarihi/No:</w:t>
          </w:r>
          <w:r w:rsidRPr="00F32721">
            <w:rPr>
              <w:sz w:val="14"/>
              <w:szCs w:val="14"/>
              <w:lang w:val="tr-TR"/>
            </w:rPr>
            <w:t xml:space="preserve"> </w:t>
          </w:r>
          <w:r w:rsidR="009112A5">
            <w:rPr>
              <w:sz w:val="14"/>
              <w:szCs w:val="14"/>
              <w:lang w:val="tr-TR"/>
            </w:rPr>
            <w:t>15</w:t>
          </w:r>
          <w:bookmarkStart w:id="0" w:name="_GoBack"/>
          <w:bookmarkEnd w:id="0"/>
          <w:r w:rsidR="005F441A">
            <w:rPr>
              <w:sz w:val="14"/>
              <w:szCs w:val="14"/>
              <w:lang w:val="tr-TR"/>
            </w:rPr>
            <w:t>.10.2026</w:t>
          </w:r>
          <w:r>
            <w:rPr>
              <w:sz w:val="14"/>
              <w:szCs w:val="14"/>
              <w:lang w:val="tr-TR"/>
            </w:rPr>
            <w:t>/01</w:t>
          </w:r>
        </w:p>
        <w:p w:rsidR="007C6348" w:rsidRPr="00F32721" w:rsidRDefault="007C6348" w:rsidP="007C6348">
          <w:pPr>
            <w:pStyle w:val="stbilgi"/>
            <w:rPr>
              <w:sz w:val="14"/>
              <w:szCs w:val="14"/>
              <w:lang w:val="tr-TR"/>
            </w:rPr>
          </w:pPr>
        </w:p>
      </w:tc>
      <w:tc>
        <w:tcPr>
          <w:tcW w:w="982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bottom"/>
        </w:tcPr>
        <w:p w:rsidR="007C6348" w:rsidRPr="00F32721" w:rsidRDefault="007C6348" w:rsidP="007C6348">
          <w:pPr>
            <w:pStyle w:val="stbilgi"/>
            <w:spacing w:before="60"/>
            <w:rPr>
              <w:b/>
              <w:bCs/>
              <w:sz w:val="14"/>
              <w:szCs w:val="14"/>
              <w:lang w:val="tr-TR"/>
            </w:rPr>
          </w:pPr>
          <w:r w:rsidRPr="00F32721">
            <w:rPr>
              <w:b/>
              <w:sz w:val="14"/>
              <w:szCs w:val="14"/>
              <w:lang w:val="tr-TR"/>
            </w:rPr>
            <w:t>Sayfa No</w:t>
          </w:r>
          <w:r w:rsidR="00213F07">
            <w:rPr>
              <w:b/>
              <w:bCs/>
              <w:sz w:val="14"/>
              <w:szCs w:val="14"/>
              <w:lang w:val="tr-TR"/>
            </w:rPr>
            <w:t xml:space="preserve">: </w:t>
          </w:r>
          <w:r w:rsidR="00213F07" w:rsidRPr="00213F07">
            <w:rPr>
              <w:b/>
              <w:bCs/>
              <w:sz w:val="14"/>
              <w:szCs w:val="14"/>
              <w:lang w:val="tr-TR"/>
            </w:rPr>
            <w:fldChar w:fldCharType="begin"/>
          </w:r>
          <w:r w:rsidR="00213F07" w:rsidRPr="00213F07">
            <w:rPr>
              <w:b/>
              <w:bCs/>
              <w:sz w:val="14"/>
              <w:szCs w:val="14"/>
              <w:lang w:val="tr-TR"/>
            </w:rPr>
            <w:instrText>PAGE  \* Arabic  \* MERGEFORMAT</w:instrText>
          </w:r>
          <w:r w:rsidR="00213F07" w:rsidRPr="00213F07">
            <w:rPr>
              <w:b/>
              <w:bCs/>
              <w:sz w:val="14"/>
              <w:szCs w:val="14"/>
              <w:lang w:val="tr-TR"/>
            </w:rPr>
            <w:fldChar w:fldCharType="separate"/>
          </w:r>
          <w:r w:rsidR="009112A5">
            <w:rPr>
              <w:b/>
              <w:bCs/>
              <w:noProof/>
              <w:sz w:val="14"/>
              <w:szCs w:val="14"/>
              <w:lang w:val="tr-TR"/>
            </w:rPr>
            <w:t>1</w:t>
          </w:r>
          <w:r w:rsidR="00213F07" w:rsidRPr="00213F07">
            <w:rPr>
              <w:b/>
              <w:bCs/>
              <w:sz w:val="14"/>
              <w:szCs w:val="14"/>
              <w:lang w:val="tr-TR"/>
            </w:rPr>
            <w:fldChar w:fldCharType="end"/>
          </w:r>
          <w:r w:rsidR="00213F07" w:rsidRPr="00213F07">
            <w:rPr>
              <w:b/>
              <w:bCs/>
              <w:sz w:val="14"/>
              <w:szCs w:val="14"/>
              <w:lang w:val="tr-TR"/>
            </w:rPr>
            <w:t xml:space="preserve"> / </w:t>
          </w:r>
          <w:r w:rsidR="00213F07" w:rsidRPr="00213F07">
            <w:rPr>
              <w:b/>
              <w:bCs/>
              <w:sz w:val="14"/>
              <w:szCs w:val="14"/>
              <w:lang w:val="tr-TR"/>
            </w:rPr>
            <w:fldChar w:fldCharType="begin"/>
          </w:r>
          <w:r w:rsidR="00213F07" w:rsidRPr="00213F07">
            <w:rPr>
              <w:b/>
              <w:bCs/>
              <w:sz w:val="14"/>
              <w:szCs w:val="14"/>
              <w:lang w:val="tr-TR"/>
            </w:rPr>
            <w:instrText>NUMPAGES  \* Arabic  \* MERGEFORMAT</w:instrText>
          </w:r>
          <w:r w:rsidR="00213F07" w:rsidRPr="00213F07">
            <w:rPr>
              <w:b/>
              <w:bCs/>
              <w:sz w:val="14"/>
              <w:szCs w:val="14"/>
              <w:lang w:val="tr-TR"/>
            </w:rPr>
            <w:fldChar w:fldCharType="separate"/>
          </w:r>
          <w:r w:rsidR="009112A5">
            <w:rPr>
              <w:b/>
              <w:bCs/>
              <w:noProof/>
              <w:sz w:val="14"/>
              <w:szCs w:val="14"/>
              <w:lang w:val="tr-TR"/>
            </w:rPr>
            <w:t>1</w:t>
          </w:r>
          <w:r w:rsidR="00213F07" w:rsidRPr="00213F07">
            <w:rPr>
              <w:b/>
              <w:bCs/>
              <w:sz w:val="14"/>
              <w:szCs w:val="14"/>
              <w:lang w:val="tr-TR"/>
            </w:rPr>
            <w:fldChar w:fldCharType="end"/>
          </w:r>
        </w:p>
        <w:p w:rsidR="007C6348" w:rsidRPr="00F32721" w:rsidRDefault="007C6348" w:rsidP="007C6348">
          <w:pPr>
            <w:pStyle w:val="stbilgi"/>
            <w:spacing w:before="60"/>
            <w:rPr>
              <w:b/>
              <w:bCs/>
              <w:sz w:val="14"/>
              <w:szCs w:val="14"/>
              <w:lang w:val="tr-TR"/>
            </w:rPr>
          </w:pPr>
        </w:p>
      </w:tc>
    </w:tr>
  </w:tbl>
  <w:p w:rsidR="007C6348" w:rsidRDefault="007C6348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2A5" w:rsidRDefault="009112A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E0A393B"/>
    <w:multiLevelType w:val="hybridMultilevel"/>
    <w:tmpl w:val="30DA609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13F07"/>
    <w:rsid w:val="0029639D"/>
    <w:rsid w:val="00326F90"/>
    <w:rsid w:val="00431DDE"/>
    <w:rsid w:val="005F441A"/>
    <w:rsid w:val="007C6348"/>
    <w:rsid w:val="00890A5D"/>
    <w:rsid w:val="009112A5"/>
    <w:rsid w:val="00AA1D8D"/>
    <w:rsid w:val="00B42302"/>
    <w:rsid w:val="00B47730"/>
    <w:rsid w:val="00CB0664"/>
    <w:rsid w:val="00E83B1F"/>
    <w:rsid w:val="00E9349C"/>
    <w:rsid w:val="00F327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8B94C754-5CAF-2A41-BF2D-107FDA608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0"/>
    </w:p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qFormat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stBilgiChar1">
    <w:name w:val="Üst Bilgi Char1"/>
    <w:rsid w:val="00F3272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customStyle="1" w:styleId="TableNormal">
    <w:name w:val="Table Normal"/>
    <w:uiPriority w:val="2"/>
    <w:semiHidden/>
    <w:unhideWhenUsed/>
    <w:qFormat/>
    <w:rsid w:val="00F32721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32721"/>
    <w:pPr>
      <w:widowControl w:val="0"/>
      <w:autoSpaceDE w:val="0"/>
      <w:autoSpaceDN w:val="0"/>
      <w:spacing w:line="240" w:lineRule="auto"/>
      <w:ind w:left="107"/>
    </w:pPr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609C43-36E6-41FF-A683-3844D4757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429</Words>
  <Characters>2450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2874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7</cp:revision>
  <dcterms:created xsi:type="dcterms:W3CDTF">2013-12-23T23:15:00Z</dcterms:created>
  <dcterms:modified xsi:type="dcterms:W3CDTF">2026-10-14T12:57:00Z</dcterms:modified>
  <cp:category/>
</cp:coreProperties>
</file>